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509760" cy="53492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ncce_page_7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5349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509760" cy="5349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ncce_page_8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5349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509760" cy="534924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ncce_page_9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5349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509760" cy="534924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ncce_page_1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5349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509760" cy="534924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ncce_page_1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5349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509760" cy="534924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ncce_page_1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5349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509760" cy="534924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ncce_page_13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534924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5840" w:h="12240" w:orient="landscape"/>
      <w:pgMar w:top="792" w:right="360" w:bottom="792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